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3C03B" w14:textId="3134F30F" w:rsidR="005E391A" w:rsidRPr="005E391A" w:rsidRDefault="00765969" w:rsidP="005E391A">
      <w:pPr>
        <w:pStyle w:val="Balk1"/>
        <w:spacing w:before="120" w:after="120" w:line="240" w:lineRule="auto"/>
        <w:jc w:val="center"/>
        <w:rPr>
          <w:rFonts w:ascii="Times New Roman" w:hAnsi="Times New Roman" w:cs="Times New Roman"/>
          <w:color w:val="990000"/>
          <w:sz w:val="24"/>
          <w:szCs w:val="24"/>
        </w:rPr>
      </w:pPr>
      <w:bookmarkStart w:id="0" w:name="_GoBack"/>
      <w:r>
        <w:rPr>
          <w:rFonts w:ascii="Times New Roman" w:hAnsi="Times New Roman" w:cs="Times New Roman"/>
          <w:noProof/>
          <w:color w:val="990000"/>
          <w:sz w:val="24"/>
          <w:szCs w:val="24"/>
        </w:rPr>
        <w:drawing>
          <wp:inline distT="0" distB="0" distL="0" distR="0" wp14:anchorId="7FCC47CA" wp14:editId="5B3FECD0">
            <wp:extent cx="4157980" cy="1950432"/>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l="1976" t="36720" b="4140"/>
                    <a:stretch/>
                  </pic:blipFill>
                  <pic:spPr bwMode="auto">
                    <a:xfrm>
                      <a:off x="0" y="0"/>
                      <a:ext cx="4170746" cy="1956420"/>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14:paraId="15D9CB05" w14:textId="39D42C75" w:rsidR="00736125" w:rsidRPr="00787134" w:rsidRDefault="000C721E" w:rsidP="005E391A">
      <w:pPr>
        <w:pStyle w:val="Balk1"/>
        <w:spacing w:before="120" w:after="120" w:line="240" w:lineRule="auto"/>
        <w:jc w:val="center"/>
        <w:rPr>
          <w:rFonts w:ascii="Times New Roman" w:hAnsi="Times New Roman" w:cs="Times New Roman"/>
          <w:color w:val="990000"/>
        </w:rPr>
      </w:pPr>
      <w:r w:rsidRPr="00787134">
        <w:rPr>
          <w:rFonts w:ascii="Times New Roman" w:hAnsi="Times New Roman" w:cs="Times New Roman"/>
          <w:color w:val="990000"/>
        </w:rPr>
        <w:t>AUTHOR CONTRIBUTION FORM</w:t>
      </w:r>
    </w:p>
    <w:p w14:paraId="58985A23" w14:textId="363BB801" w:rsidR="00736125" w:rsidRPr="00F35736" w:rsidRDefault="000C721E"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br/>
        <w:t>Article Title: ………………………………………………………………………</w:t>
      </w:r>
      <w:r w:rsidR="00D82AEB" w:rsidRPr="00F35736">
        <w:rPr>
          <w:rFonts w:ascii="Times New Roman" w:hAnsi="Times New Roman" w:cs="Times New Roman"/>
          <w:sz w:val="24"/>
          <w:szCs w:val="24"/>
        </w:rPr>
        <w:t>….</w:t>
      </w:r>
      <w:r w:rsidRPr="00F35736">
        <w:rPr>
          <w:rFonts w:ascii="Times New Roman" w:hAnsi="Times New Roman" w:cs="Times New Roman"/>
          <w:sz w:val="24"/>
          <w:szCs w:val="24"/>
        </w:rPr>
        <w:t>…….</w:t>
      </w:r>
    </w:p>
    <w:p w14:paraId="0D2AF215" w14:textId="5F8DD9EB" w:rsidR="00235399" w:rsidRPr="00F35736" w:rsidRDefault="000C721E"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t>Manuscript Number:</w:t>
      </w:r>
      <w:r w:rsidR="00D82AEB" w:rsidRPr="00F35736">
        <w:rPr>
          <w:rFonts w:ascii="Times New Roman" w:hAnsi="Times New Roman" w:cs="Times New Roman"/>
          <w:sz w:val="24"/>
          <w:szCs w:val="24"/>
        </w:rPr>
        <w:t xml:space="preserve"> ……………………………………………………………………….</w:t>
      </w:r>
    </w:p>
    <w:p w14:paraId="2D0F896A" w14:textId="77777777" w:rsidR="00235399" w:rsidRPr="00F35736" w:rsidRDefault="00235399" w:rsidP="00D82AEB">
      <w:pPr>
        <w:spacing w:before="120" w:after="120" w:line="240" w:lineRule="auto"/>
        <w:rPr>
          <w:rFonts w:ascii="Times New Roman" w:hAnsi="Times New Roman" w:cs="Times New Roman"/>
          <w:color w:val="990000"/>
          <w:sz w:val="24"/>
          <w:szCs w:val="24"/>
        </w:rPr>
      </w:pPr>
    </w:p>
    <w:p w14:paraId="52C25F53" w14:textId="77777777" w:rsidR="00736125" w:rsidRPr="00F35736" w:rsidRDefault="000C721E" w:rsidP="00D82AEB">
      <w:pPr>
        <w:pStyle w:val="Balk2"/>
        <w:spacing w:before="120" w:after="120" w:line="240" w:lineRule="auto"/>
        <w:rPr>
          <w:rFonts w:ascii="Times New Roman" w:hAnsi="Times New Roman" w:cs="Times New Roman"/>
          <w:color w:val="990000"/>
          <w:sz w:val="24"/>
          <w:szCs w:val="24"/>
        </w:rPr>
      </w:pPr>
      <w:r w:rsidRPr="00F35736">
        <w:rPr>
          <w:rFonts w:ascii="Times New Roman" w:hAnsi="Times New Roman" w:cs="Times New Roman"/>
          <w:color w:val="990000"/>
          <w:sz w:val="24"/>
          <w:szCs w:val="24"/>
        </w:rPr>
        <w:t>Corresponding Author</w:t>
      </w:r>
    </w:p>
    <w:p w14:paraId="05CFC4C1" w14:textId="6144F172" w:rsidR="00736125" w:rsidRPr="00F35736" w:rsidRDefault="000C721E"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t>Full Name: …………………………………………………………………………………</w:t>
      </w:r>
    </w:p>
    <w:p w14:paraId="0EBBCC2D" w14:textId="2EA878C5" w:rsidR="00736125" w:rsidRPr="00F35736" w:rsidRDefault="000C721E"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t>E-mail: ……………………………………………………………………………………</w:t>
      </w:r>
      <w:r w:rsidR="00D82AEB" w:rsidRPr="00F35736">
        <w:rPr>
          <w:rFonts w:ascii="Times New Roman" w:hAnsi="Times New Roman" w:cs="Times New Roman"/>
          <w:sz w:val="24"/>
          <w:szCs w:val="24"/>
        </w:rPr>
        <w:t>...</w:t>
      </w:r>
    </w:p>
    <w:p w14:paraId="769F41CB" w14:textId="77777777" w:rsidR="008B2BDA" w:rsidRPr="00F35736" w:rsidRDefault="008B2BDA" w:rsidP="00D82AEB">
      <w:pPr>
        <w:spacing w:before="120" w:after="120" w:line="240" w:lineRule="auto"/>
        <w:rPr>
          <w:rFonts w:ascii="Times New Roman" w:hAnsi="Times New Roman" w:cs="Times New Roman"/>
          <w:sz w:val="24"/>
          <w:szCs w:val="24"/>
        </w:rPr>
      </w:pPr>
    </w:p>
    <w:p w14:paraId="55948654" w14:textId="3439FC5D" w:rsidR="00736125" w:rsidRPr="00F35736" w:rsidRDefault="000C721E" w:rsidP="00D82AEB">
      <w:pPr>
        <w:pStyle w:val="Balk2"/>
        <w:spacing w:before="120" w:after="120" w:line="240" w:lineRule="auto"/>
        <w:rPr>
          <w:rFonts w:ascii="Times New Roman" w:hAnsi="Times New Roman" w:cs="Times New Roman"/>
          <w:color w:val="990000"/>
          <w:sz w:val="24"/>
          <w:szCs w:val="24"/>
        </w:rPr>
      </w:pPr>
      <w:r w:rsidRPr="00F35736">
        <w:rPr>
          <w:rFonts w:ascii="Times New Roman" w:hAnsi="Times New Roman" w:cs="Times New Roman"/>
          <w:color w:val="990000"/>
          <w:sz w:val="24"/>
          <w:szCs w:val="24"/>
        </w:rPr>
        <w:t xml:space="preserve">Authorship Criteria </w:t>
      </w:r>
      <w:r w:rsidR="005231EA" w:rsidRPr="00F35736">
        <w:rPr>
          <w:rFonts w:ascii="Times New Roman" w:hAnsi="Times New Roman" w:cs="Times New Roman"/>
          <w:color w:val="990000"/>
          <w:sz w:val="24"/>
          <w:szCs w:val="24"/>
        </w:rPr>
        <w:t xml:space="preserve">- </w:t>
      </w:r>
      <w:r w:rsidR="00917E59" w:rsidRPr="00F35736">
        <w:rPr>
          <w:rFonts w:ascii="Times New Roman" w:hAnsi="Times New Roman" w:cs="Times New Roman"/>
          <w:color w:val="990000"/>
          <w:sz w:val="24"/>
          <w:szCs w:val="24"/>
        </w:rPr>
        <w:t>International Committee of Medical Journal Editors</w:t>
      </w:r>
      <w:r w:rsidR="00917E59" w:rsidRPr="00F35736">
        <w:rPr>
          <w:rFonts w:ascii="Times New Roman" w:hAnsi="Times New Roman" w:cs="Times New Roman"/>
          <w:b w:val="0"/>
          <w:bCs w:val="0"/>
          <w:color w:val="990000"/>
          <w:sz w:val="24"/>
          <w:szCs w:val="24"/>
        </w:rPr>
        <w:t xml:space="preserve"> </w:t>
      </w:r>
      <w:r w:rsidRPr="00F35736">
        <w:rPr>
          <w:rFonts w:ascii="Times New Roman" w:hAnsi="Times New Roman" w:cs="Times New Roman"/>
          <w:color w:val="990000"/>
          <w:sz w:val="24"/>
          <w:szCs w:val="24"/>
        </w:rPr>
        <w:t>(ICMJE)</w:t>
      </w:r>
    </w:p>
    <w:p w14:paraId="194DC675" w14:textId="0C71A955" w:rsidR="00235399" w:rsidRPr="00F35736" w:rsidRDefault="00235399" w:rsidP="00D82AEB">
      <w:pPr>
        <w:pStyle w:val="Balk2"/>
        <w:spacing w:before="120" w:after="120"/>
        <w:jc w:val="both"/>
        <w:rPr>
          <w:rFonts w:ascii="Times New Roman" w:eastAsiaTheme="minorEastAsia" w:hAnsi="Times New Roman" w:cs="Times New Roman"/>
          <w:b w:val="0"/>
          <w:bCs w:val="0"/>
          <w:color w:val="auto"/>
          <w:sz w:val="24"/>
          <w:szCs w:val="24"/>
        </w:rPr>
      </w:pPr>
      <w:r w:rsidRPr="00F35736">
        <w:rPr>
          <w:rFonts w:ascii="Times New Roman" w:hAnsi="Times New Roman" w:cs="Times New Roman"/>
          <w:b w:val="0"/>
          <w:bCs w:val="0"/>
          <w:color w:val="auto"/>
          <w:sz w:val="24"/>
          <w:szCs w:val="24"/>
        </w:rPr>
        <w:t>All authors whose signatures appear below declare that they meet all authorship criteria defined by the</w:t>
      </w:r>
      <w:r w:rsidR="005231EA" w:rsidRPr="00F35736">
        <w:rPr>
          <w:rFonts w:ascii="Times New Roman" w:hAnsi="Times New Roman" w:cs="Times New Roman"/>
          <w:b w:val="0"/>
          <w:bCs w:val="0"/>
          <w:color w:val="auto"/>
          <w:sz w:val="24"/>
          <w:szCs w:val="24"/>
        </w:rPr>
        <w:t xml:space="preserve"> </w:t>
      </w:r>
      <w:r w:rsidRPr="00F35736">
        <w:rPr>
          <w:rFonts w:ascii="Times New Roman" w:hAnsi="Times New Roman" w:cs="Times New Roman"/>
          <w:b w:val="0"/>
          <w:bCs w:val="0"/>
          <w:color w:val="auto"/>
          <w:sz w:val="24"/>
          <w:szCs w:val="24"/>
        </w:rPr>
        <w:t>ICMJE. To qualify as an author, all four of the following criteria must be fulfilled:</w:t>
      </w:r>
    </w:p>
    <w:p w14:paraId="6581640A" w14:textId="01055E02" w:rsidR="00D82AEB" w:rsidRPr="002F6691" w:rsidRDefault="00D82AEB" w:rsidP="00D82AEB">
      <w:pPr>
        <w:pStyle w:val="ListeParagraf"/>
        <w:numPr>
          <w:ilvl w:val="0"/>
          <w:numId w:val="13"/>
        </w:numPr>
        <w:spacing w:before="120" w:after="120"/>
        <w:ind w:left="426"/>
        <w:jc w:val="both"/>
        <w:rPr>
          <w:rFonts w:ascii="Times New Roman" w:eastAsia="Times New Roman" w:hAnsi="Times New Roman" w:cs="Times New Roman"/>
          <w:sz w:val="24"/>
          <w:szCs w:val="24"/>
          <w:lang w:eastAsia="tr-TR"/>
        </w:rPr>
      </w:pPr>
      <w:r w:rsidRPr="002F6691">
        <w:rPr>
          <w:rFonts w:ascii="Times New Roman" w:eastAsia="Times New Roman" w:hAnsi="Times New Roman" w:cs="Times New Roman"/>
          <w:sz w:val="24"/>
          <w:szCs w:val="24"/>
          <w:lang w:eastAsia="tr-TR"/>
        </w:rPr>
        <w:t xml:space="preserve">Have made substantial contributions to the conception or design of the study, or to the acquisition, analysis, or interpretation of data related to the work. </w:t>
      </w:r>
    </w:p>
    <w:p w14:paraId="2FE7CEAB" w14:textId="7973D3FB" w:rsidR="00D82AEB" w:rsidRPr="002F6691" w:rsidRDefault="00D82AEB" w:rsidP="00D82AEB">
      <w:pPr>
        <w:pStyle w:val="ListeParagraf"/>
        <w:numPr>
          <w:ilvl w:val="0"/>
          <w:numId w:val="13"/>
        </w:numPr>
        <w:spacing w:before="120" w:after="120"/>
        <w:ind w:left="426"/>
        <w:jc w:val="both"/>
        <w:rPr>
          <w:rFonts w:ascii="Times New Roman" w:eastAsia="Times New Roman" w:hAnsi="Times New Roman" w:cs="Times New Roman"/>
          <w:sz w:val="24"/>
          <w:szCs w:val="24"/>
          <w:lang w:eastAsia="tr-TR"/>
        </w:rPr>
      </w:pPr>
      <w:r w:rsidRPr="002F6691">
        <w:rPr>
          <w:rFonts w:ascii="Times New Roman" w:eastAsia="Times New Roman" w:hAnsi="Times New Roman" w:cs="Times New Roman"/>
          <w:sz w:val="24"/>
          <w:szCs w:val="24"/>
          <w:lang w:eastAsia="tr-TR"/>
        </w:rPr>
        <w:t xml:space="preserve">Have drafted the manuscript or critically revised it for important intellectual content. </w:t>
      </w:r>
    </w:p>
    <w:p w14:paraId="6AF03356" w14:textId="09B7D785" w:rsidR="00D82AEB" w:rsidRPr="002F6691" w:rsidRDefault="00D82AEB" w:rsidP="00D82AEB">
      <w:pPr>
        <w:pStyle w:val="ListeParagraf"/>
        <w:numPr>
          <w:ilvl w:val="0"/>
          <w:numId w:val="13"/>
        </w:numPr>
        <w:spacing w:before="120" w:after="120"/>
        <w:ind w:left="426"/>
        <w:jc w:val="both"/>
        <w:rPr>
          <w:rFonts w:ascii="Times New Roman" w:eastAsia="Times New Roman" w:hAnsi="Times New Roman" w:cs="Times New Roman"/>
          <w:sz w:val="24"/>
          <w:szCs w:val="24"/>
          <w:lang w:eastAsia="tr-TR"/>
        </w:rPr>
      </w:pPr>
      <w:r w:rsidRPr="002F6691">
        <w:rPr>
          <w:rFonts w:ascii="Times New Roman" w:eastAsia="Times New Roman" w:hAnsi="Times New Roman" w:cs="Times New Roman"/>
          <w:sz w:val="24"/>
          <w:szCs w:val="24"/>
          <w:lang w:eastAsia="tr-TR"/>
        </w:rPr>
        <w:t xml:space="preserve">Have reviewed and approved the final version of the manuscript to be published. </w:t>
      </w:r>
    </w:p>
    <w:p w14:paraId="615AB6F5" w14:textId="31598FFF" w:rsidR="00D82AEB" w:rsidRPr="005C1F62" w:rsidRDefault="00D82AEB" w:rsidP="00D82AEB">
      <w:pPr>
        <w:pStyle w:val="ListeParagraf"/>
        <w:numPr>
          <w:ilvl w:val="0"/>
          <w:numId w:val="13"/>
        </w:numPr>
        <w:spacing w:before="120" w:after="120"/>
        <w:ind w:left="426"/>
        <w:jc w:val="both"/>
        <w:rPr>
          <w:rFonts w:ascii="Times New Roman" w:hAnsi="Times New Roman" w:cs="Times New Roman"/>
          <w:sz w:val="24"/>
          <w:szCs w:val="24"/>
        </w:rPr>
      </w:pPr>
      <w:r w:rsidRPr="002F6691">
        <w:rPr>
          <w:rFonts w:ascii="Times New Roman" w:eastAsia="Times New Roman" w:hAnsi="Times New Roman" w:cs="Times New Roman"/>
          <w:sz w:val="24"/>
          <w:szCs w:val="24"/>
          <w:lang w:eastAsia="tr-TR"/>
        </w:rPr>
        <w:t>Have agreed to be accountable for all aspects of the work, ensuring that any questions related to the accuracy or integrity of the study are appropriately investigated and resolved.</w:t>
      </w:r>
    </w:p>
    <w:p w14:paraId="2537D3AA" w14:textId="77777777" w:rsidR="00235399" w:rsidRPr="00F35736" w:rsidRDefault="00235399" w:rsidP="00D82AEB">
      <w:pPr>
        <w:pStyle w:val="Balk2"/>
        <w:spacing w:before="120" w:after="120" w:line="240" w:lineRule="auto"/>
        <w:rPr>
          <w:rFonts w:ascii="Times New Roman" w:hAnsi="Times New Roman" w:cs="Times New Roman"/>
          <w:sz w:val="24"/>
          <w:szCs w:val="24"/>
        </w:rPr>
      </w:pPr>
    </w:p>
    <w:p w14:paraId="3D68F4EC" w14:textId="467C2F85" w:rsidR="00235399" w:rsidRPr="00F35736" w:rsidRDefault="00235399" w:rsidP="00D82AEB">
      <w:pPr>
        <w:pStyle w:val="Balk2"/>
        <w:spacing w:before="120" w:after="120" w:line="240" w:lineRule="auto"/>
        <w:rPr>
          <w:rFonts w:ascii="Times New Roman" w:hAnsi="Times New Roman" w:cs="Times New Roman"/>
          <w:color w:val="990000"/>
          <w:sz w:val="24"/>
          <w:szCs w:val="24"/>
        </w:rPr>
      </w:pPr>
      <w:r w:rsidRPr="00F35736">
        <w:rPr>
          <w:rFonts w:ascii="Times New Roman" w:hAnsi="Times New Roman" w:cs="Times New Roman"/>
          <w:color w:val="990000"/>
          <w:sz w:val="24"/>
          <w:szCs w:val="24"/>
        </w:rPr>
        <w:t>Statement on the Use of Artificial Intelligence</w:t>
      </w:r>
    </w:p>
    <w:p w14:paraId="7E88C3BE" w14:textId="77777777" w:rsidR="00235399" w:rsidRPr="00F35736" w:rsidRDefault="00235399"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t>□ No artificial intelligence tool was used in the preparation of this study.</w:t>
      </w:r>
    </w:p>
    <w:p w14:paraId="5FCA5133" w14:textId="77777777" w:rsidR="00235399" w:rsidRPr="00F35736" w:rsidRDefault="00235399"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t>□ An artificial intelligence tool was used.</w:t>
      </w:r>
    </w:p>
    <w:p w14:paraId="6F99F10F" w14:textId="32BA82B8" w:rsidR="00235399" w:rsidRPr="00F35736" w:rsidRDefault="00235399"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t>Tool used: …………………………………………………………………………….</w:t>
      </w:r>
    </w:p>
    <w:p w14:paraId="0240E2F5" w14:textId="0E4F8BC0" w:rsidR="00235399" w:rsidRPr="00F35736" w:rsidRDefault="00235399"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t>Purpose of use: ……………………………………………………………………………</w:t>
      </w:r>
    </w:p>
    <w:p w14:paraId="4E8596D8" w14:textId="77777777" w:rsidR="00235399" w:rsidRPr="00F35736" w:rsidRDefault="00235399" w:rsidP="00D82AEB">
      <w:pPr>
        <w:spacing w:before="120" w:after="120" w:line="240" w:lineRule="auto"/>
        <w:rPr>
          <w:rFonts w:ascii="Times New Roman" w:hAnsi="Times New Roman" w:cs="Times New Roman"/>
          <w:color w:val="C00000"/>
          <w:sz w:val="24"/>
          <w:szCs w:val="24"/>
        </w:rPr>
      </w:pPr>
    </w:p>
    <w:p w14:paraId="1018517B" w14:textId="6DCCDA9A" w:rsidR="00736125" w:rsidRPr="00F35736" w:rsidRDefault="000C721E" w:rsidP="00D82AEB">
      <w:pPr>
        <w:pStyle w:val="Balk2"/>
        <w:spacing w:before="120" w:after="120" w:line="240" w:lineRule="auto"/>
        <w:rPr>
          <w:rFonts w:ascii="Times New Roman" w:hAnsi="Times New Roman" w:cs="Times New Roman"/>
          <w:color w:val="990000"/>
          <w:sz w:val="24"/>
          <w:szCs w:val="24"/>
        </w:rPr>
      </w:pPr>
      <w:r w:rsidRPr="00F35736">
        <w:rPr>
          <w:rFonts w:ascii="Times New Roman" w:hAnsi="Times New Roman" w:cs="Times New Roman"/>
          <w:color w:val="990000"/>
          <w:sz w:val="24"/>
          <w:szCs w:val="24"/>
        </w:rPr>
        <w:t>Author Contributions</w:t>
      </w:r>
      <w:r w:rsidR="00917E59" w:rsidRPr="00F35736">
        <w:rPr>
          <w:rFonts w:ascii="Times New Roman" w:hAnsi="Times New Roman" w:cs="Times New Roman"/>
          <w:color w:val="990000"/>
          <w:sz w:val="24"/>
          <w:szCs w:val="24"/>
        </w:rPr>
        <w:t xml:space="preserve"> (</w:t>
      </w:r>
      <w:proofErr w:type="spellStart"/>
      <w:r w:rsidR="008D7985" w:rsidRPr="00F35736">
        <w:rPr>
          <w:rFonts w:ascii="Times New Roman" w:hAnsi="Times New Roman" w:cs="Times New Roman"/>
          <w:color w:val="990000"/>
          <w:sz w:val="24"/>
          <w:szCs w:val="24"/>
        </w:rPr>
        <w:t>CRediT</w:t>
      </w:r>
      <w:proofErr w:type="spellEnd"/>
      <w:r w:rsidR="00917E59" w:rsidRPr="00F35736">
        <w:rPr>
          <w:rFonts w:ascii="Times New Roman" w:hAnsi="Times New Roman" w:cs="Times New Roman"/>
          <w:color w:val="990000"/>
          <w:sz w:val="24"/>
          <w:szCs w:val="24"/>
        </w:rPr>
        <w:t>)</w:t>
      </w:r>
    </w:p>
    <w:tbl>
      <w:tblPr>
        <w:tblStyle w:val="TabloKlavuzu"/>
        <w:tblW w:w="0" w:type="auto"/>
        <w:tblLook w:val="04A0" w:firstRow="1" w:lastRow="0" w:firstColumn="1" w:lastColumn="0" w:noHBand="0" w:noVBand="1"/>
      </w:tblPr>
      <w:tblGrid>
        <w:gridCol w:w="3936"/>
        <w:gridCol w:w="4819"/>
      </w:tblGrid>
      <w:tr w:rsidR="00235399" w:rsidRPr="00F35736" w14:paraId="1B51FD2A" w14:textId="27524E6C" w:rsidTr="00235399">
        <w:tc>
          <w:tcPr>
            <w:tcW w:w="3936" w:type="dxa"/>
          </w:tcPr>
          <w:p w14:paraId="0FFA8473" w14:textId="77777777" w:rsidR="00235399" w:rsidRPr="00F35736" w:rsidRDefault="00235399" w:rsidP="00D82AEB">
            <w:pPr>
              <w:spacing w:before="120" w:after="120"/>
              <w:rPr>
                <w:rFonts w:ascii="Times New Roman" w:hAnsi="Times New Roman" w:cs="Times New Roman"/>
                <w:b/>
                <w:bCs/>
                <w:sz w:val="24"/>
                <w:szCs w:val="24"/>
              </w:rPr>
            </w:pPr>
            <w:r w:rsidRPr="00F35736">
              <w:rPr>
                <w:rFonts w:ascii="Times New Roman" w:hAnsi="Times New Roman" w:cs="Times New Roman"/>
                <w:b/>
                <w:bCs/>
                <w:sz w:val="24"/>
                <w:szCs w:val="24"/>
              </w:rPr>
              <w:t>Contribution Area</w:t>
            </w:r>
          </w:p>
        </w:tc>
        <w:tc>
          <w:tcPr>
            <w:tcW w:w="4819" w:type="dxa"/>
          </w:tcPr>
          <w:p w14:paraId="1B974440" w14:textId="4E8EEDCD" w:rsidR="00235399" w:rsidRPr="00F35736" w:rsidRDefault="00235399" w:rsidP="00D82AEB">
            <w:pPr>
              <w:spacing w:before="120" w:after="120"/>
              <w:rPr>
                <w:rFonts w:ascii="Times New Roman" w:hAnsi="Times New Roman" w:cs="Times New Roman"/>
                <w:b/>
                <w:bCs/>
                <w:sz w:val="24"/>
                <w:szCs w:val="24"/>
              </w:rPr>
            </w:pPr>
            <w:r w:rsidRPr="00F35736">
              <w:rPr>
                <w:rFonts w:ascii="Times New Roman" w:hAnsi="Times New Roman" w:cs="Times New Roman"/>
                <w:b/>
                <w:bCs/>
                <w:sz w:val="24"/>
                <w:szCs w:val="24"/>
              </w:rPr>
              <w:t>Contributors</w:t>
            </w:r>
          </w:p>
        </w:tc>
      </w:tr>
      <w:tr w:rsidR="00235399" w:rsidRPr="00F35736" w14:paraId="06DF9126" w14:textId="15221BE0" w:rsidTr="00235399">
        <w:tc>
          <w:tcPr>
            <w:tcW w:w="3936" w:type="dxa"/>
          </w:tcPr>
          <w:p w14:paraId="3369FAEB"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Idea / Concept Development</w:t>
            </w:r>
          </w:p>
        </w:tc>
        <w:tc>
          <w:tcPr>
            <w:tcW w:w="4819" w:type="dxa"/>
          </w:tcPr>
          <w:p w14:paraId="589424EF"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41662DDA" w14:textId="4659C661" w:rsidTr="00235399">
        <w:tc>
          <w:tcPr>
            <w:tcW w:w="3936" w:type="dxa"/>
          </w:tcPr>
          <w:p w14:paraId="49D02024"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Research Design</w:t>
            </w:r>
          </w:p>
        </w:tc>
        <w:tc>
          <w:tcPr>
            <w:tcW w:w="4819" w:type="dxa"/>
          </w:tcPr>
          <w:p w14:paraId="7D1C641B"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7E32831B" w14:textId="45395D17" w:rsidTr="00235399">
        <w:tc>
          <w:tcPr>
            <w:tcW w:w="3936" w:type="dxa"/>
          </w:tcPr>
          <w:p w14:paraId="07F9DC17"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Literature Review</w:t>
            </w:r>
          </w:p>
        </w:tc>
        <w:tc>
          <w:tcPr>
            <w:tcW w:w="4819" w:type="dxa"/>
          </w:tcPr>
          <w:p w14:paraId="44B509CE"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584DD05F" w14:textId="7046047E" w:rsidTr="00235399">
        <w:tc>
          <w:tcPr>
            <w:tcW w:w="3936" w:type="dxa"/>
          </w:tcPr>
          <w:p w14:paraId="72DC9B24" w14:textId="66A6A08B"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Data Collection/Processing</w:t>
            </w:r>
          </w:p>
        </w:tc>
        <w:tc>
          <w:tcPr>
            <w:tcW w:w="4819" w:type="dxa"/>
          </w:tcPr>
          <w:p w14:paraId="49273BC0"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2FE17226" w14:textId="001BFC69" w:rsidTr="00235399">
        <w:tc>
          <w:tcPr>
            <w:tcW w:w="3936" w:type="dxa"/>
          </w:tcPr>
          <w:p w14:paraId="7DDA7B2B"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Statistical Analysis</w:t>
            </w:r>
          </w:p>
        </w:tc>
        <w:tc>
          <w:tcPr>
            <w:tcW w:w="4819" w:type="dxa"/>
          </w:tcPr>
          <w:p w14:paraId="4CAEFE5B"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31C12D85" w14:textId="7060BFB6" w:rsidTr="00235399">
        <w:tc>
          <w:tcPr>
            <w:tcW w:w="3936" w:type="dxa"/>
          </w:tcPr>
          <w:p w14:paraId="76E4D8B8"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Interpretation of Findings</w:t>
            </w:r>
          </w:p>
        </w:tc>
        <w:tc>
          <w:tcPr>
            <w:tcW w:w="4819" w:type="dxa"/>
          </w:tcPr>
          <w:p w14:paraId="4AA7A712"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08318918" w14:textId="1CC1446B" w:rsidTr="00235399">
        <w:tc>
          <w:tcPr>
            <w:tcW w:w="3936" w:type="dxa"/>
          </w:tcPr>
          <w:p w14:paraId="5AFC2307"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Drafting of the Manuscript</w:t>
            </w:r>
          </w:p>
        </w:tc>
        <w:tc>
          <w:tcPr>
            <w:tcW w:w="4819" w:type="dxa"/>
          </w:tcPr>
          <w:p w14:paraId="3D6A7F68"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690C8CDF" w14:textId="0D4CEE19" w:rsidTr="00235399">
        <w:tc>
          <w:tcPr>
            <w:tcW w:w="3936" w:type="dxa"/>
          </w:tcPr>
          <w:p w14:paraId="4466FF68"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Language Editing</w:t>
            </w:r>
          </w:p>
        </w:tc>
        <w:tc>
          <w:tcPr>
            <w:tcW w:w="4819" w:type="dxa"/>
          </w:tcPr>
          <w:p w14:paraId="5B56EF86"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2574CA57" w14:textId="312FDB98" w:rsidTr="00235399">
        <w:tc>
          <w:tcPr>
            <w:tcW w:w="3936" w:type="dxa"/>
          </w:tcPr>
          <w:p w14:paraId="21852CFE" w14:textId="116B372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Critical Review</w:t>
            </w:r>
          </w:p>
        </w:tc>
        <w:tc>
          <w:tcPr>
            <w:tcW w:w="4819" w:type="dxa"/>
          </w:tcPr>
          <w:p w14:paraId="14082FFC"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12DF74BD" w14:textId="1925A141" w:rsidTr="00235399">
        <w:tc>
          <w:tcPr>
            <w:tcW w:w="3936" w:type="dxa"/>
          </w:tcPr>
          <w:p w14:paraId="0C83333E"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Project Management</w:t>
            </w:r>
          </w:p>
        </w:tc>
        <w:tc>
          <w:tcPr>
            <w:tcW w:w="4819" w:type="dxa"/>
          </w:tcPr>
          <w:p w14:paraId="53A7F1C2" w14:textId="77777777" w:rsidR="00235399" w:rsidRPr="00F35736" w:rsidRDefault="00235399" w:rsidP="00D82AEB">
            <w:pPr>
              <w:spacing w:before="120" w:after="120"/>
              <w:rPr>
                <w:rFonts w:ascii="Times New Roman" w:hAnsi="Times New Roman" w:cs="Times New Roman"/>
                <w:sz w:val="24"/>
                <w:szCs w:val="24"/>
              </w:rPr>
            </w:pPr>
          </w:p>
        </w:tc>
      </w:tr>
      <w:tr w:rsidR="00235399" w:rsidRPr="00F35736" w14:paraId="312E5F87" w14:textId="6CF293B0" w:rsidTr="00235399">
        <w:tc>
          <w:tcPr>
            <w:tcW w:w="3936" w:type="dxa"/>
          </w:tcPr>
          <w:p w14:paraId="218E39A6" w14:textId="77777777" w:rsidR="00235399" w:rsidRPr="00F35736" w:rsidRDefault="00235399"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Funding Acquisition</w:t>
            </w:r>
          </w:p>
        </w:tc>
        <w:tc>
          <w:tcPr>
            <w:tcW w:w="4819" w:type="dxa"/>
          </w:tcPr>
          <w:p w14:paraId="3118BC93" w14:textId="77777777" w:rsidR="00235399" w:rsidRPr="00F35736" w:rsidRDefault="00235399" w:rsidP="00D82AEB">
            <w:pPr>
              <w:spacing w:before="120" w:after="120"/>
              <w:rPr>
                <w:rFonts w:ascii="Times New Roman" w:hAnsi="Times New Roman" w:cs="Times New Roman"/>
                <w:sz w:val="24"/>
                <w:szCs w:val="24"/>
              </w:rPr>
            </w:pPr>
          </w:p>
        </w:tc>
      </w:tr>
    </w:tbl>
    <w:p w14:paraId="11FF1A94" w14:textId="77777777" w:rsidR="00235399" w:rsidRPr="00F35736" w:rsidRDefault="00235399" w:rsidP="00D82AEB">
      <w:pPr>
        <w:pStyle w:val="Balk2"/>
        <w:spacing w:before="120" w:after="120" w:line="240" w:lineRule="auto"/>
        <w:rPr>
          <w:rFonts w:ascii="Times New Roman" w:hAnsi="Times New Roman" w:cs="Times New Roman"/>
          <w:sz w:val="24"/>
          <w:szCs w:val="24"/>
        </w:rPr>
      </w:pPr>
    </w:p>
    <w:p w14:paraId="1B4BDABF" w14:textId="592F98A0" w:rsidR="00736125" w:rsidRPr="00F35736" w:rsidRDefault="000C721E" w:rsidP="00D82AEB">
      <w:pPr>
        <w:pStyle w:val="Balk2"/>
        <w:spacing w:before="120" w:after="120" w:line="240" w:lineRule="auto"/>
        <w:rPr>
          <w:rFonts w:ascii="Times New Roman" w:hAnsi="Times New Roman" w:cs="Times New Roman"/>
          <w:color w:val="C00000"/>
          <w:sz w:val="24"/>
          <w:szCs w:val="24"/>
        </w:rPr>
      </w:pPr>
      <w:r w:rsidRPr="00F35736">
        <w:rPr>
          <w:rFonts w:ascii="Times New Roman" w:hAnsi="Times New Roman" w:cs="Times New Roman"/>
          <w:color w:val="990000"/>
          <w:sz w:val="24"/>
          <w:szCs w:val="24"/>
        </w:rPr>
        <w:t>Co-Author Declaration</w:t>
      </w:r>
    </w:p>
    <w:p w14:paraId="48139C3D" w14:textId="77777777" w:rsidR="00736125" w:rsidRPr="00F35736" w:rsidRDefault="000C721E" w:rsidP="00D82AEB">
      <w:pPr>
        <w:spacing w:before="120" w:after="120"/>
        <w:jc w:val="both"/>
        <w:rPr>
          <w:rFonts w:ascii="Times New Roman" w:hAnsi="Times New Roman" w:cs="Times New Roman"/>
          <w:sz w:val="24"/>
          <w:szCs w:val="24"/>
        </w:rPr>
      </w:pPr>
      <w:r w:rsidRPr="00F35736">
        <w:rPr>
          <w:rFonts w:ascii="Times New Roman" w:hAnsi="Times New Roman" w:cs="Times New Roman"/>
          <w:sz w:val="24"/>
          <w:szCs w:val="24"/>
        </w:rPr>
        <w:t>All authors whose signatures appear below declare that the contributions specified in this form are accurate, that the study is original, that it is not under consideration by another journal, that they agree on the order of authorship, that they share responsibility for any potential ethical violations, and that they accept the publication policies of FUJIHES.</w:t>
      </w:r>
    </w:p>
    <w:tbl>
      <w:tblPr>
        <w:tblStyle w:val="TabloKlavuzu"/>
        <w:tblW w:w="0" w:type="auto"/>
        <w:tblInd w:w="108" w:type="dxa"/>
        <w:tblLook w:val="04A0" w:firstRow="1" w:lastRow="0" w:firstColumn="1" w:lastColumn="0" w:noHBand="0" w:noVBand="1"/>
      </w:tblPr>
      <w:tblGrid>
        <w:gridCol w:w="2052"/>
        <w:gridCol w:w="2160"/>
        <w:gridCol w:w="2160"/>
        <w:gridCol w:w="2275"/>
      </w:tblGrid>
      <w:tr w:rsidR="00736125" w:rsidRPr="00F35736" w14:paraId="14D7CC6A" w14:textId="77777777" w:rsidTr="00D82AEB">
        <w:tc>
          <w:tcPr>
            <w:tcW w:w="2052" w:type="dxa"/>
          </w:tcPr>
          <w:p w14:paraId="335DBB9C" w14:textId="77777777" w:rsidR="00736125" w:rsidRPr="00F35736" w:rsidRDefault="000C721E"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Full Name</w:t>
            </w:r>
          </w:p>
        </w:tc>
        <w:tc>
          <w:tcPr>
            <w:tcW w:w="2160" w:type="dxa"/>
          </w:tcPr>
          <w:p w14:paraId="2DF31548" w14:textId="77777777" w:rsidR="00736125" w:rsidRPr="00F35736" w:rsidRDefault="000C721E"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ORCID</w:t>
            </w:r>
          </w:p>
        </w:tc>
        <w:tc>
          <w:tcPr>
            <w:tcW w:w="2160" w:type="dxa"/>
          </w:tcPr>
          <w:p w14:paraId="61843B2E" w14:textId="77777777" w:rsidR="00736125" w:rsidRPr="00F35736" w:rsidRDefault="000C721E"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Signature</w:t>
            </w:r>
          </w:p>
        </w:tc>
        <w:tc>
          <w:tcPr>
            <w:tcW w:w="2275" w:type="dxa"/>
          </w:tcPr>
          <w:p w14:paraId="28DF2D41" w14:textId="77777777" w:rsidR="00736125" w:rsidRPr="00F35736" w:rsidRDefault="000C721E" w:rsidP="00D82AEB">
            <w:pPr>
              <w:spacing w:before="120" w:after="120"/>
              <w:rPr>
                <w:rFonts w:ascii="Times New Roman" w:hAnsi="Times New Roman" w:cs="Times New Roman"/>
                <w:sz w:val="24"/>
                <w:szCs w:val="24"/>
              </w:rPr>
            </w:pPr>
            <w:r w:rsidRPr="00F35736">
              <w:rPr>
                <w:rFonts w:ascii="Times New Roman" w:hAnsi="Times New Roman" w:cs="Times New Roman"/>
                <w:sz w:val="24"/>
                <w:szCs w:val="24"/>
              </w:rPr>
              <w:t>Date</w:t>
            </w:r>
          </w:p>
        </w:tc>
      </w:tr>
      <w:tr w:rsidR="00736125" w:rsidRPr="00F35736" w14:paraId="188F0A66" w14:textId="77777777" w:rsidTr="00D82AEB">
        <w:tc>
          <w:tcPr>
            <w:tcW w:w="2052" w:type="dxa"/>
          </w:tcPr>
          <w:p w14:paraId="35C9C205"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1825068C"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5F78DC55" w14:textId="77777777" w:rsidR="00736125" w:rsidRPr="00F35736" w:rsidRDefault="00736125" w:rsidP="00D82AEB">
            <w:pPr>
              <w:spacing w:before="120" w:after="120"/>
              <w:rPr>
                <w:rFonts w:ascii="Times New Roman" w:hAnsi="Times New Roman" w:cs="Times New Roman"/>
                <w:sz w:val="24"/>
                <w:szCs w:val="24"/>
              </w:rPr>
            </w:pPr>
          </w:p>
        </w:tc>
        <w:tc>
          <w:tcPr>
            <w:tcW w:w="2275" w:type="dxa"/>
          </w:tcPr>
          <w:p w14:paraId="3AA9A0EA" w14:textId="77777777" w:rsidR="00736125" w:rsidRPr="00F35736" w:rsidRDefault="00736125" w:rsidP="00D82AEB">
            <w:pPr>
              <w:spacing w:before="120" w:after="120"/>
              <w:rPr>
                <w:rFonts w:ascii="Times New Roman" w:hAnsi="Times New Roman" w:cs="Times New Roman"/>
                <w:sz w:val="24"/>
                <w:szCs w:val="24"/>
              </w:rPr>
            </w:pPr>
          </w:p>
        </w:tc>
      </w:tr>
      <w:tr w:rsidR="00736125" w:rsidRPr="00F35736" w14:paraId="6BDE8A33" w14:textId="77777777" w:rsidTr="00D82AEB">
        <w:tc>
          <w:tcPr>
            <w:tcW w:w="2052" w:type="dxa"/>
          </w:tcPr>
          <w:p w14:paraId="428EB948"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7866CAE8"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1A8318A0" w14:textId="77777777" w:rsidR="00736125" w:rsidRPr="00F35736" w:rsidRDefault="00736125" w:rsidP="00D82AEB">
            <w:pPr>
              <w:spacing w:before="120" w:after="120"/>
              <w:rPr>
                <w:rFonts w:ascii="Times New Roman" w:hAnsi="Times New Roman" w:cs="Times New Roman"/>
                <w:sz w:val="24"/>
                <w:szCs w:val="24"/>
              </w:rPr>
            </w:pPr>
          </w:p>
        </w:tc>
        <w:tc>
          <w:tcPr>
            <w:tcW w:w="2275" w:type="dxa"/>
          </w:tcPr>
          <w:p w14:paraId="32546CCC" w14:textId="77777777" w:rsidR="00736125" w:rsidRPr="00F35736" w:rsidRDefault="00736125" w:rsidP="00D82AEB">
            <w:pPr>
              <w:spacing w:before="120" w:after="120"/>
              <w:rPr>
                <w:rFonts w:ascii="Times New Roman" w:hAnsi="Times New Roman" w:cs="Times New Roman"/>
                <w:sz w:val="24"/>
                <w:szCs w:val="24"/>
              </w:rPr>
            </w:pPr>
          </w:p>
        </w:tc>
      </w:tr>
      <w:tr w:rsidR="00736125" w:rsidRPr="00F35736" w14:paraId="54B47350" w14:textId="77777777" w:rsidTr="00D82AEB">
        <w:tc>
          <w:tcPr>
            <w:tcW w:w="2052" w:type="dxa"/>
          </w:tcPr>
          <w:p w14:paraId="5368BA4A"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73BF9B25"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18AFDAB9" w14:textId="77777777" w:rsidR="00736125" w:rsidRPr="00F35736" w:rsidRDefault="00736125" w:rsidP="00D82AEB">
            <w:pPr>
              <w:spacing w:before="120" w:after="120"/>
              <w:rPr>
                <w:rFonts w:ascii="Times New Roman" w:hAnsi="Times New Roman" w:cs="Times New Roman"/>
                <w:sz w:val="24"/>
                <w:szCs w:val="24"/>
              </w:rPr>
            </w:pPr>
          </w:p>
        </w:tc>
        <w:tc>
          <w:tcPr>
            <w:tcW w:w="2275" w:type="dxa"/>
          </w:tcPr>
          <w:p w14:paraId="2D669D7C" w14:textId="77777777" w:rsidR="00736125" w:rsidRPr="00F35736" w:rsidRDefault="00736125" w:rsidP="00D82AEB">
            <w:pPr>
              <w:spacing w:before="120" w:after="120"/>
              <w:rPr>
                <w:rFonts w:ascii="Times New Roman" w:hAnsi="Times New Roman" w:cs="Times New Roman"/>
                <w:sz w:val="24"/>
                <w:szCs w:val="24"/>
              </w:rPr>
            </w:pPr>
          </w:p>
        </w:tc>
      </w:tr>
      <w:tr w:rsidR="00736125" w:rsidRPr="00F35736" w14:paraId="2F65B4DE" w14:textId="77777777" w:rsidTr="00D82AEB">
        <w:tc>
          <w:tcPr>
            <w:tcW w:w="2052" w:type="dxa"/>
          </w:tcPr>
          <w:p w14:paraId="29B8B907"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2E9F09C6"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2646CEAB" w14:textId="77777777" w:rsidR="00736125" w:rsidRPr="00F35736" w:rsidRDefault="00736125" w:rsidP="00D82AEB">
            <w:pPr>
              <w:spacing w:before="120" w:after="120"/>
              <w:rPr>
                <w:rFonts w:ascii="Times New Roman" w:hAnsi="Times New Roman" w:cs="Times New Roman"/>
                <w:sz w:val="24"/>
                <w:szCs w:val="24"/>
              </w:rPr>
            </w:pPr>
          </w:p>
        </w:tc>
        <w:tc>
          <w:tcPr>
            <w:tcW w:w="2275" w:type="dxa"/>
          </w:tcPr>
          <w:p w14:paraId="05733284" w14:textId="77777777" w:rsidR="00736125" w:rsidRPr="00F35736" w:rsidRDefault="00736125" w:rsidP="00D82AEB">
            <w:pPr>
              <w:spacing w:before="120" w:after="120"/>
              <w:rPr>
                <w:rFonts w:ascii="Times New Roman" w:hAnsi="Times New Roman" w:cs="Times New Roman"/>
                <w:sz w:val="24"/>
                <w:szCs w:val="24"/>
              </w:rPr>
            </w:pPr>
          </w:p>
        </w:tc>
      </w:tr>
      <w:tr w:rsidR="00736125" w:rsidRPr="00F35736" w14:paraId="73472475" w14:textId="77777777" w:rsidTr="00D82AEB">
        <w:tc>
          <w:tcPr>
            <w:tcW w:w="2052" w:type="dxa"/>
          </w:tcPr>
          <w:p w14:paraId="6BD863FD"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6780DBB7" w14:textId="77777777" w:rsidR="00736125" w:rsidRPr="00F35736" w:rsidRDefault="00736125" w:rsidP="00D82AEB">
            <w:pPr>
              <w:spacing w:before="120" w:after="120"/>
              <w:rPr>
                <w:rFonts w:ascii="Times New Roman" w:hAnsi="Times New Roman" w:cs="Times New Roman"/>
                <w:sz w:val="24"/>
                <w:szCs w:val="24"/>
              </w:rPr>
            </w:pPr>
          </w:p>
        </w:tc>
        <w:tc>
          <w:tcPr>
            <w:tcW w:w="2160" w:type="dxa"/>
          </w:tcPr>
          <w:p w14:paraId="5579F098" w14:textId="77777777" w:rsidR="00736125" w:rsidRPr="00F35736" w:rsidRDefault="00736125" w:rsidP="00D82AEB">
            <w:pPr>
              <w:spacing w:before="120" w:after="120"/>
              <w:rPr>
                <w:rFonts w:ascii="Times New Roman" w:hAnsi="Times New Roman" w:cs="Times New Roman"/>
                <w:sz w:val="24"/>
                <w:szCs w:val="24"/>
              </w:rPr>
            </w:pPr>
          </w:p>
        </w:tc>
        <w:tc>
          <w:tcPr>
            <w:tcW w:w="2275" w:type="dxa"/>
          </w:tcPr>
          <w:p w14:paraId="420FCD63" w14:textId="77777777" w:rsidR="00736125" w:rsidRPr="00F35736" w:rsidRDefault="00736125" w:rsidP="00D82AEB">
            <w:pPr>
              <w:spacing w:before="120" w:after="120"/>
              <w:rPr>
                <w:rFonts w:ascii="Times New Roman" w:hAnsi="Times New Roman" w:cs="Times New Roman"/>
                <w:sz w:val="24"/>
                <w:szCs w:val="24"/>
              </w:rPr>
            </w:pPr>
          </w:p>
        </w:tc>
      </w:tr>
    </w:tbl>
    <w:p w14:paraId="0B4E8003" w14:textId="77777777" w:rsidR="00736125" w:rsidRPr="00F35736" w:rsidRDefault="000C721E" w:rsidP="00D82AEB">
      <w:pPr>
        <w:spacing w:before="120" w:after="120" w:line="240" w:lineRule="auto"/>
        <w:rPr>
          <w:rFonts w:ascii="Times New Roman" w:hAnsi="Times New Roman" w:cs="Times New Roman"/>
          <w:sz w:val="24"/>
          <w:szCs w:val="24"/>
        </w:rPr>
      </w:pPr>
      <w:r w:rsidRPr="00F35736">
        <w:rPr>
          <w:rFonts w:ascii="Times New Roman" w:hAnsi="Times New Roman" w:cs="Times New Roman"/>
          <w:sz w:val="24"/>
          <w:szCs w:val="24"/>
        </w:rPr>
        <w:lastRenderedPageBreak/>
        <w:br/>
        <w:t>Corresponding Author Signature: ______________________________</w:t>
      </w:r>
    </w:p>
    <w:sectPr w:rsidR="00736125" w:rsidRPr="00F3573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76A2C3E"/>
    <w:multiLevelType w:val="hybridMultilevel"/>
    <w:tmpl w:val="7D4AEE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8D759B8"/>
    <w:multiLevelType w:val="hybridMultilevel"/>
    <w:tmpl w:val="7D4AEE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E956AE7"/>
    <w:multiLevelType w:val="hybridMultilevel"/>
    <w:tmpl w:val="11649D68"/>
    <w:lvl w:ilvl="0" w:tplc="A7A25CA8">
      <w:numFmt w:val="bullet"/>
      <w:lvlText w:val=""/>
      <w:lvlJc w:val="left"/>
      <w:pPr>
        <w:ind w:left="720" w:hanging="360"/>
      </w:pPr>
      <w:rPr>
        <w:rFonts w:ascii="Cambria" w:eastAsiaTheme="minorEastAsia"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12D389C"/>
    <w:multiLevelType w:val="hybridMultilevel"/>
    <w:tmpl w:val="CDE69840"/>
    <w:lvl w:ilvl="0" w:tplc="FFFFFFF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0E967E8"/>
    <w:multiLevelType w:val="hybridMultilevel"/>
    <w:tmpl w:val="D8D288B4"/>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21E"/>
    <w:rsid w:val="0015074B"/>
    <w:rsid w:val="001C3F53"/>
    <w:rsid w:val="001F0652"/>
    <w:rsid w:val="00235399"/>
    <w:rsid w:val="0029639D"/>
    <w:rsid w:val="002A4008"/>
    <w:rsid w:val="002F6691"/>
    <w:rsid w:val="00326F90"/>
    <w:rsid w:val="00393C57"/>
    <w:rsid w:val="004A6064"/>
    <w:rsid w:val="005231EA"/>
    <w:rsid w:val="005A4CF2"/>
    <w:rsid w:val="005C1F62"/>
    <w:rsid w:val="005E391A"/>
    <w:rsid w:val="006102CC"/>
    <w:rsid w:val="006644C9"/>
    <w:rsid w:val="006C2BC4"/>
    <w:rsid w:val="007312BE"/>
    <w:rsid w:val="00736125"/>
    <w:rsid w:val="00765969"/>
    <w:rsid w:val="00787134"/>
    <w:rsid w:val="008B2BDA"/>
    <w:rsid w:val="008D7985"/>
    <w:rsid w:val="00917E59"/>
    <w:rsid w:val="00AA1D8D"/>
    <w:rsid w:val="00B47730"/>
    <w:rsid w:val="00C71ADD"/>
    <w:rsid w:val="00CB0664"/>
    <w:rsid w:val="00CF3D39"/>
    <w:rsid w:val="00D82AEB"/>
    <w:rsid w:val="00F357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0CDB24"/>
  <w14:defaultImageDpi w14:val="300"/>
  <w15:docId w15:val="{270D1BD5-007B-43A4-AD32-CEC59C286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5C1F62"/>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5C1F6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14BB2-E52F-4771-BF82-1803A1C84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313</Words>
  <Characters>1790</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kubraozcoskun265@gmail.com</cp:lastModifiedBy>
  <cp:revision>21</cp:revision>
  <dcterms:created xsi:type="dcterms:W3CDTF">2013-12-23T23:15:00Z</dcterms:created>
  <dcterms:modified xsi:type="dcterms:W3CDTF">2026-09-22T11:35:00Z</dcterms:modified>
  <cp:category/>
</cp:coreProperties>
</file>