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4E051" w14:textId="61092E8F" w:rsidR="00FE2AB2" w:rsidRDefault="00FE2AB2" w:rsidP="00917CCC">
      <w:pPr>
        <w:pStyle w:val="Balk1"/>
        <w:spacing w:before="120" w:after="120" w:line="240" w:lineRule="auto"/>
        <w:jc w:val="center"/>
        <w:rPr>
          <w:rFonts w:ascii="Times New Roman" w:hAnsi="Times New Roman" w:cs="Times New Roman"/>
          <w:color w:val="990000"/>
        </w:rPr>
      </w:pPr>
      <w:r>
        <w:rPr>
          <w:noProof/>
        </w:rPr>
        <w:drawing>
          <wp:inline distT="0" distB="0" distL="0" distR="0" wp14:anchorId="384C04FB" wp14:editId="21EDD8BC">
            <wp:extent cx="3573780" cy="1607603"/>
            <wp:effectExtent l="0" t="0" r="762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4" t="18885" b="3087"/>
                    <a:stretch/>
                  </pic:blipFill>
                  <pic:spPr bwMode="auto">
                    <a:xfrm>
                      <a:off x="0" y="0"/>
                      <a:ext cx="3611875" cy="1624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F7EC7D" w14:textId="2AA771C8" w:rsidR="00917CCC" w:rsidRPr="003C7367" w:rsidRDefault="00F72AB8" w:rsidP="00917CCC">
      <w:pPr>
        <w:pStyle w:val="Balk1"/>
        <w:spacing w:before="120" w:after="120" w:line="240" w:lineRule="auto"/>
        <w:jc w:val="center"/>
        <w:rPr>
          <w:rFonts w:ascii="Times New Roman" w:hAnsi="Times New Roman" w:cs="Times New Roman"/>
          <w:color w:val="990000"/>
        </w:rPr>
      </w:pPr>
      <w:r w:rsidRPr="003C7367">
        <w:rPr>
          <w:rFonts w:ascii="Times New Roman" w:hAnsi="Times New Roman" w:cs="Times New Roman"/>
          <w:color w:val="990000"/>
        </w:rPr>
        <w:t>AUTHOR CHECKLIST FORM</w:t>
      </w:r>
    </w:p>
    <w:p w14:paraId="78CE301D" w14:textId="77777777" w:rsidR="003C7367" w:rsidRPr="003C7367" w:rsidRDefault="003C7367" w:rsidP="003C7367">
      <w:pPr>
        <w:spacing w:after="0" w:line="240" w:lineRule="auto"/>
        <w:rPr>
          <w:sz w:val="16"/>
          <w:szCs w:val="16"/>
        </w:rPr>
      </w:pPr>
    </w:p>
    <w:p w14:paraId="331E5528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Times New Roman" w:hAnsi="Times New Roman" w:cs="Times New Roman"/>
          <w:sz w:val="24"/>
          <w:szCs w:val="24"/>
        </w:rPr>
        <w:t>Please review and check the following items before submitting your manuscript.</w:t>
      </w:r>
    </w:p>
    <w:p w14:paraId="6E03CE11" w14:textId="77777777" w:rsidR="00A37093" w:rsidRPr="00D741E5" w:rsidRDefault="00A37093" w:rsidP="00A37093">
      <w:pPr>
        <w:spacing w:after="0" w:line="240" w:lineRule="auto"/>
        <w:rPr>
          <w:rFonts w:ascii="Times New Roman" w:hAnsi="Times New Roman" w:cs="Times New Roman"/>
          <w:color w:val="990000"/>
          <w:sz w:val="24"/>
          <w:szCs w:val="24"/>
        </w:rPr>
      </w:pPr>
    </w:p>
    <w:p w14:paraId="2DB59B40" w14:textId="77777777" w:rsidR="00310C77" w:rsidRPr="00D741E5" w:rsidRDefault="00F72AB8" w:rsidP="00A37093">
      <w:pPr>
        <w:pStyle w:val="Balk2"/>
        <w:spacing w:before="0" w:line="240" w:lineRule="auto"/>
        <w:rPr>
          <w:rFonts w:ascii="Times New Roman" w:hAnsi="Times New Roman" w:cs="Times New Roman"/>
          <w:color w:val="990000"/>
          <w:sz w:val="24"/>
          <w:szCs w:val="24"/>
        </w:rPr>
      </w:pPr>
      <w:r w:rsidRPr="00D741E5">
        <w:rPr>
          <w:rFonts w:ascii="Times New Roman" w:hAnsi="Times New Roman" w:cs="Times New Roman"/>
          <w:color w:val="990000"/>
          <w:sz w:val="24"/>
          <w:szCs w:val="24"/>
        </w:rPr>
        <w:t>A. Documents to Be Uploaded to the System</w:t>
      </w:r>
    </w:p>
    <w:p w14:paraId="2B11B72D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Title Page has been uploaded.</w:t>
      </w:r>
    </w:p>
    <w:p w14:paraId="430320F2" w14:textId="3A2CF30D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anonymized manuscript has been uploaded.</w:t>
      </w:r>
    </w:p>
    <w:p w14:paraId="6A13ABEB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Author Contribution Form has been uploaded.</w:t>
      </w:r>
    </w:p>
    <w:p w14:paraId="0FB74591" w14:textId="5E7E15CF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</w:t>
      </w:r>
      <w:r w:rsidRPr="009412F0">
        <w:rPr>
          <w:rFonts w:ascii="Times New Roman" w:hAnsi="Times New Roman" w:cs="Times New Roman"/>
          <w:sz w:val="24"/>
          <w:szCs w:val="24"/>
        </w:rPr>
        <w:t>The Copyright</w:t>
      </w:r>
      <w:r w:rsidR="00623EEE" w:rsidRPr="009412F0">
        <w:rPr>
          <w:rFonts w:ascii="Times New Roman" w:hAnsi="Times New Roman" w:cs="Times New Roman"/>
          <w:sz w:val="24"/>
          <w:szCs w:val="24"/>
        </w:rPr>
        <w:t xml:space="preserve"> </w:t>
      </w:r>
      <w:r w:rsidRPr="009412F0">
        <w:rPr>
          <w:rFonts w:ascii="Times New Roman" w:hAnsi="Times New Roman" w:cs="Times New Roman"/>
          <w:sz w:val="24"/>
          <w:szCs w:val="24"/>
        </w:rPr>
        <w:t>License</w:t>
      </w:r>
      <w:r w:rsidR="00623EEE" w:rsidRPr="009412F0">
        <w:rPr>
          <w:rFonts w:ascii="Times New Roman" w:hAnsi="Times New Roman" w:cs="Times New Roman"/>
          <w:sz w:val="24"/>
          <w:szCs w:val="24"/>
        </w:rPr>
        <w:t xml:space="preserve"> Agreement</w:t>
      </w:r>
      <w:r w:rsidRPr="009412F0">
        <w:rPr>
          <w:rFonts w:ascii="Times New Roman" w:hAnsi="Times New Roman" w:cs="Times New Roman"/>
          <w:sz w:val="24"/>
          <w:szCs w:val="24"/>
        </w:rPr>
        <w:t xml:space="preserve"> Form has been</w:t>
      </w:r>
      <w:r w:rsidRPr="00D741E5">
        <w:rPr>
          <w:rFonts w:ascii="Times New Roman" w:hAnsi="Times New Roman" w:cs="Times New Roman"/>
          <w:sz w:val="24"/>
          <w:szCs w:val="24"/>
        </w:rPr>
        <w:t xml:space="preserve"> uploaded.</w:t>
      </w:r>
    </w:p>
    <w:p w14:paraId="04F4946F" w14:textId="3E53558A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</w:t>
      </w:r>
      <w:r w:rsidR="006B5147" w:rsidRPr="006B5147">
        <w:rPr>
          <w:rFonts w:ascii="Times New Roman" w:hAnsi="Times New Roman" w:cs="Times New Roman"/>
          <w:sz w:val="24"/>
          <w:szCs w:val="24"/>
        </w:rPr>
        <w:t xml:space="preserve">Declaration of </w:t>
      </w:r>
      <w:r w:rsidRPr="006B5147">
        <w:rPr>
          <w:rFonts w:ascii="Times New Roman" w:hAnsi="Times New Roman" w:cs="Times New Roman"/>
          <w:sz w:val="24"/>
          <w:szCs w:val="24"/>
        </w:rPr>
        <w:t>Conflict of Interest</w:t>
      </w:r>
      <w:r w:rsidR="006B5147" w:rsidRPr="006B5147">
        <w:rPr>
          <w:rFonts w:ascii="Times New Roman" w:hAnsi="Times New Roman" w:cs="Times New Roman"/>
          <w:sz w:val="24"/>
          <w:szCs w:val="24"/>
        </w:rPr>
        <w:t xml:space="preserve"> </w:t>
      </w:r>
      <w:r w:rsidRPr="006B5147">
        <w:rPr>
          <w:rFonts w:ascii="Times New Roman" w:hAnsi="Times New Roman" w:cs="Times New Roman"/>
          <w:sz w:val="24"/>
          <w:szCs w:val="24"/>
        </w:rPr>
        <w:t>Form</w:t>
      </w:r>
      <w:r w:rsidRPr="00D741E5">
        <w:rPr>
          <w:rFonts w:ascii="Times New Roman" w:hAnsi="Times New Roman" w:cs="Times New Roman"/>
          <w:sz w:val="24"/>
          <w:szCs w:val="24"/>
        </w:rPr>
        <w:t xml:space="preserve"> has been uploaded.</w:t>
      </w:r>
    </w:p>
    <w:p w14:paraId="35EF281D" w14:textId="7C59717D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</w:t>
      </w:r>
      <w:r w:rsidRPr="006F0BBC">
        <w:rPr>
          <w:rFonts w:ascii="Times New Roman" w:hAnsi="Times New Roman" w:cs="Times New Roman"/>
          <w:sz w:val="24"/>
          <w:szCs w:val="24"/>
        </w:rPr>
        <w:t>The Similarity Report has been uploaded</w:t>
      </w:r>
      <w:r w:rsidR="002E4452" w:rsidRPr="006F0BBC">
        <w:rPr>
          <w:rFonts w:ascii="Times New Roman" w:hAnsi="Times New Roman" w:cs="Times New Roman"/>
          <w:sz w:val="24"/>
          <w:szCs w:val="24"/>
        </w:rPr>
        <w:t xml:space="preserve"> (Turnitin/</w:t>
      </w:r>
      <w:r w:rsidR="003D0016" w:rsidRPr="006F0BBC">
        <w:rPr>
          <w:rFonts w:ascii="Times New Roman" w:hAnsi="Times New Roman" w:cs="Times New Roman"/>
          <w:color w:val="000000" w:themeColor="text1"/>
          <w:sz w:val="24"/>
          <w:szCs w:val="24"/>
        </w:rPr>
        <w:t>iThenticate</w:t>
      </w:r>
      <w:r w:rsidR="002E4452" w:rsidRPr="006F0BBC">
        <w:rPr>
          <w:rFonts w:ascii="Times New Roman" w:hAnsi="Times New Roman" w:cs="Times New Roman"/>
          <w:sz w:val="24"/>
          <w:szCs w:val="24"/>
        </w:rPr>
        <w:t>)</w:t>
      </w:r>
      <w:r w:rsidRPr="006F0BBC">
        <w:rPr>
          <w:rFonts w:ascii="Times New Roman" w:hAnsi="Times New Roman" w:cs="Times New Roman"/>
          <w:sz w:val="24"/>
          <w:szCs w:val="24"/>
        </w:rPr>
        <w:t>.</w:t>
      </w:r>
    </w:p>
    <w:p w14:paraId="32E2A672" w14:textId="3D81B6D4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</w:t>
      </w:r>
      <w:r w:rsidRPr="006B5147">
        <w:rPr>
          <w:rFonts w:ascii="Times New Roman" w:hAnsi="Times New Roman" w:cs="Times New Roman"/>
          <w:sz w:val="24"/>
          <w:szCs w:val="24"/>
        </w:rPr>
        <w:t>Ethics Committee Approval Document has</w:t>
      </w:r>
      <w:r w:rsidRPr="00D741E5">
        <w:rPr>
          <w:rFonts w:ascii="Times New Roman" w:hAnsi="Times New Roman" w:cs="Times New Roman"/>
          <w:sz w:val="24"/>
          <w:szCs w:val="24"/>
        </w:rPr>
        <w:t xml:space="preserve"> been uploaded</w:t>
      </w:r>
      <w:r w:rsidR="00A37093" w:rsidRPr="00D741E5">
        <w:rPr>
          <w:rFonts w:ascii="Times New Roman" w:hAnsi="Times New Roman" w:cs="Times New Roman"/>
          <w:sz w:val="24"/>
          <w:szCs w:val="24"/>
        </w:rPr>
        <w:t xml:space="preserve"> (if applicable)</w:t>
      </w:r>
      <w:r w:rsidRPr="00D741E5">
        <w:rPr>
          <w:rFonts w:ascii="Times New Roman" w:hAnsi="Times New Roman" w:cs="Times New Roman"/>
          <w:sz w:val="24"/>
          <w:szCs w:val="24"/>
        </w:rPr>
        <w:t>.</w:t>
      </w:r>
    </w:p>
    <w:p w14:paraId="2042D8EC" w14:textId="77777777" w:rsidR="00A37093" w:rsidRPr="00D741E5" w:rsidRDefault="00A37093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828F3" w14:textId="77777777" w:rsidR="00310C77" w:rsidRPr="00D741E5" w:rsidRDefault="00F72AB8" w:rsidP="00A37093">
      <w:pPr>
        <w:pStyle w:val="Balk2"/>
        <w:spacing w:before="0" w:line="240" w:lineRule="auto"/>
        <w:rPr>
          <w:rFonts w:ascii="Times New Roman" w:hAnsi="Times New Roman" w:cs="Times New Roman"/>
          <w:color w:val="990000"/>
          <w:sz w:val="24"/>
          <w:szCs w:val="24"/>
        </w:rPr>
      </w:pPr>
      <w:r w:rsidRPr="00D741E5">
        <w:rPr>
          <w:rFonts w:ascii="Times New Roman" w:hAnsi="Times New Roman" w:cs="Times New Roman"/>
          <w:color w:val="990000"/>
          <w:sz w:val="24"/>
          <w:szCs w:val="24"/>
        </w:rPr>
        <w:t>B. Title Page Checklist</w:t>
      </w:r>
    </w:p>
    <w:p w14:paraId="05E7BB56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full title of the manuscript has been provided.</w:t>
      </w:r>
    </w:p>
    <w:p w14:paraId="260A898B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A running title has been provided.</w:t>
      </w:r>
    </w:p>
    <w:p w14:paraId="7D4B4EEB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full names of all authors have been provided.</w:t>
      </w:r>
    </w:p>
    <w:p w14:paraId="4D1F7AC4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institutional affiliations of all authors have been fully provided.</w:t>
      </w:r>
    </w:p>
    <w:p w14:paraId="4BB59289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ORCID IDs of all authors have been provided.</w:t>
      </w:r>
    </w:p>
    <w:p w14:paraId="0FC369BD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corresponding author has been identified.</w:t>
      </w:r>
    </w:p>
    <w:p w14:paraId="56BC3493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An ethics committee statement has been included.</w:t>
      </w:r>
    </w:p>
    <w:p w14:paraId="0D39DF18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A funding statement has been included.</w:t>
      </w:r>
    </w:p>
    <w:p w14:paraId="00306095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A conflict of interest statement has been included.</w:t>
      </w:r>
    </w:p>
    <w:p w14:paraId="5AF5E4D5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An author contributions statement has been included.</w:t>
      </w:r>
    </w:p>
    <w:p w14:paraId="75D93935" w14:textId="77777777" w:rsidR="00A37093" w:rsidRPr="00D741E5" w:rsidRDefault="00A37093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589BC5" w14:textId="77777777" w:rsidR="00310C77" w:rsidRPr="00D741E5" w:rsidRDefault="00F72AB8" w:rsidP="00A37093">
      <w:pPr>
        <w:pStyle w:val="Balk2"/>
        <w:spacing w:before="0" w:line="240" w:lineRule="auto"/>
        <w:rPr>
          <w:rFonts w:ascii="Times New Roman" w:hAnsi="Times New Roman" w:cs="Times New Roman"/>
          <w:color w:val="990000"/>
          <w:sz w:val="24"/>
          <w:szCs w:val="24"/>
        </w:rPr>
      </w:pPr>
      <w:r w:rsidRPr="00D741E5">
        <w:rPr>
          <w:rFonts w:ascii="Times New Roman" w:hAnsi="Times New Roman" w:cs="Times New Roman"/>
          <w:color w:val="990000"/>
          <w:sz w:val="24"/>
          <w:szCs w:val="24"/>
        </w:rPr>
        <w:t>C. Manuscript Formatting Checklist</w:t>
      </w:r>
    </w:p>
    <w:p w14:paraId="305C9502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manuscript has been prepared in English.</w:t>
      </w:r>
    </w:p>
    <w:p w14:paraId="6ACD294B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manuscript has been prepared using the current FUJIHES template.</w:t>
      </w:r>
    </w:p>
    <w:p w14:paraId="5BB60B98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Times New Roman, 12-point font has been used.</w:t>
      </w:r>
    </w:p>
    <w:p w14:paraId="71E7AF0A" w14:textId="5E8B5D0D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</w:t>
      </w:r>
      <w:r w:rsidR="00A37093" w:rsidRPr="00D741E5">
        <w:rPr>
          <w:rFonts w:ascii="Times New Roman" w:hAnsi="Times New Roman" w:cs="Times New Roman"/>
          <w:sz w:val="24"/>
          <w:szCs w:val="24"/>
        </w:rPr>
        <w:t>1.5-line</w:t>
      </w:r>
      <w:r w:rsidRPr="00D741E5">
        <w:rPr>
          <w:rFonts w:ascii="Times New Roman" w:hAnsi="Times New Roman" w:cs="Times New Roman"/>
          <w:sz w:val="24"/>
          <w:szCs w:val="24"/>
        </w:rPr>
        <w:t xml:space="preserve"> spacing has been used.</w:t>
      </w:r>
    </w:p>
    <w:p w14:paraId="60331741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Pages have been numbered.</w:t>
      </w:r>
    </w:p>
    <w:p w14:paraId="78232AB4" w14:textId="79F061F8" w:rsidR="00A37093" w:rsidRDefault="00F72AB8" w:rsidP="00917CC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</w:t>
      </w:r>
      <w:r w:rsidRPr="00D741E5">
        <w:rPr>
          <w:rFonts w:ascii="Times New Roman" w:hAnsi="Times New Roman" w:cs="Times New Roman"/>
          <w:color w:val="000000" w:themeColor="text1"/>
          <w:sz w:val="24"/>
          <w:szCs w:val="24"/>
        </w:rPr>
        <w:t>Line numbering has been applied.</w:t>
      </w:r>
    </w:p>
    <w:p w14:paraId="2213DF04" w14:textId="77777777" w:rsidR="00B52DD2" w:rsidRPr="00D741E5" w:rsidRDefault="00B52DD2" w:rsidP="00917C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C07C30" w14:textId="29749274" w:rsidR="00310C77" w:rsidRPr="00D741E5" w:rsidRDefault="00F72AB8" w:rsidP="00A37093">
      <w:pPr>
        <w:pStyle w:val="Balk2"/>
        <w:spacing w:before="0" w:line="240" w:lineRule="auto"/>
        <w:rPr>
          <w:rFonts w:ascii="Times New Roman" w:hAnsi="Times New Roman" w:cs="Times New Roman"/>
          <w:color w:val="990000"/>
          <w:sz w:val="24"/>
          <w:szCs w:val="24"/>
        </w:rPr>
      </w:pPr>
      <w:r w:rsidRPr="00D741E5">
        <w:rPr>
          <w:rFonts w:ascii="Times New Roman" w:hAnsi="Times New Roman" w:cs="Times New Roman"/>
          <w:color w:val="990000"/>
          <w:sz w:val="24"/>
          <w:szCs w:val="24"/>
        </w:rPr>
        <w:lastRenderedPageBreak/>
        <w:t>D. Abstract and Keywords</w:t>
      </w:r>
    </w:p>
    <w:p w14:paraId="4B691986" w14:textId="7C558AA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A structured abstract has been included.</w:t>
      </w:r>
    </w:p>
    <w:p w14:paraId="1A050C96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abstract does not exceed 250 words.</w:t>
      </w:r>
    </w:p>
    <w:p w14:paraId="4EC0A757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Three to five keywords have been provided.</w:t>
      </w:r>
    </w:p>
    <w:p w14:paraId="4FE08E12" w14:textId="77777777" w:rsidR="00310C77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Keywords have been selected from </w:t>
      </w:r>
      <w:proofErr w:type="spellStart"/>
      <w:r w:rsidRPr="00D741E5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D741E5">
        <w:rPr>
          <w:rFonts w:ascii="Times New Roman" w:hAnsi="Times New Roman" w:cs="Times New Roman"/>
          <w:sz w:val="24"/>
          <w:szCs w:val="24"/>
        </w:rPr>
        <w:t xml:space="preserve"> terms.</w:t>
      </w:r>
    </w:p>
    <w:p w14:paraId="3A86A139" w14:textId="77777777" w:rsidR="00B52DD2" w:rsidRPr="00D741E5" w:rsidRDefault="00B52DD2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B71DBB" w14:textId="77777777" w:rsidR="00310C77" w:rsidRPr="00D741E5" w:rsidRDefault="00F72AB8" w:rsidP="00A37093">
      <w:pPr>
        <w:pStyle w:val="Balk2"/>
        <w:spacing w:before="0" w:line="240" w:lineRule="auto"/>
        <w:rPr>
          <w:rFonts w:ascii="Times New Roman" w:hAnsi="Times New Roman" w:cs="Times New Roman"/>
          <w:color w:val="990000"/>
          <w:sz w:val="24"/>
          <w:szCs w:val="24"/>
        </w:rPr>
      </w:pPr>
      <w:r w:rsidRPr="00D741E5">
        <w:rPr>
          <w:rFonts w:ascii="Times New Roman" w:hAnsi="Times New Roman" w:cs="Times New Roman"/>
          <w:color w:val="990000"/>
          <w:sz w:val="24"/>
          <w:szCs w:val="24"/>
        </w:rPr>
        <w:t>E. Tables and Figures</w:t>
      </w:r>
    </w:p>
    <w:p w14:paraId="2FFC7CEE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All tables and figures have been numbered.</w:t>
      </w:r>
    </w:p>
    <w:p w14:paraId="045182D1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All tables and figures have been cited within the text.</w:t>
      </w:r>
    </w:p>
    <w:p w14:paraId="461442EC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same data have not been duplicated in both table and figure format.</w:t>
      </w:r>
    </w:p>
    <w:p w14:paraId="12583E04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Figures and tables are of publication quality.</w:t>
      </w:r>
    </w:p>
    <w:p w14:paraId="05573DE7" w14:textId="77777777" w:rsidR="00A37093" w:rsidRPr="00D741E5" w:rsidRDefault="00A37093" w:rsidP="00A37093">
      <w:pPr>
        <w:spacing w:after="0" w:line="240" w:lineRule="auto"/>
        <w:rPr>
          <w:rFonts w:ascii="Times New Roman" w:hAnsi="Times New Roman" w:cs="Times New Roman"/>
          <w:color w:val="990000"/>
          <w:sz w:val="24"/>
          <w:szCs w:val="24"/>
        </w:rPr>
      </w:pPr>
    </w:p>
    <w:p w14:paraId="5E4FD09B" w14:textId="77777777" w:rsidR="00310C77" w:rsidRPr="00D741E5" w:rsidRDefault="00F72AB8" w:rsidP="00A37093">
      <w:pPr>
        <w:pStyle w:val="Balk2"/>
        <w:spacing w:before="0" w:line="240" w:lineRule="auto"/>
        <w:rPr>
          <w:rFonts w:ascii="Times New Roman" w:hAnsi="Times New Roman" w:cs="Times New Roman"/>
          <w:color w:val="990000"/>
          <w:sz w:val="24"/>
          <w:szCs w:val="24"/>
        </w:rPr>
      </w:pPr>
      <w:r w:rsidRPr="00D741E5">
        <w:rPr>
          <w:rFonts w:ascii="Times New Roman" w:hAnsi="Times New Roman" w:cs="Times New Roman"/>
          <w:color w:val="990000"/>
          <w:sz w:val="24"/>
          <w:szCs w:val="24"/>
        </w:rPr>
        <w:t>F. Reference List Checklist</w:t>
      </w:r>
    </w:p>
    <w:p w14:paraId="3702AA25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References have been prepared in accordance with APA 7 guidelines.</w:t>
      </w:r>
    </w:p>
    <w:p w14:paraId="7C460D21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All sources cited in the text are included in the reference list.</w:t>
      </w:r>
    </w:p>
    <w:p w14:paraId="267293F7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All works listed in the reference list have been cited in the text.</w:t>
      </w:r>
    </w:p>
    <w:p w14:paraId="14A330A4" w14:textId="4185B8ED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DOI numbers have been provided where applicable</w:t>
      </w:r>
      <w:r w:rsidR="006925C2" w:rsidRPr="00D741E5">
        <w:rPr>
          <w:rFonts w:ascii="Times New Roman" w:hAnsi="Times New Roman" w:cs="Times New Roman"/>
          <w:sz w:val="24"/>
          <w:szCs w:val="24"/>
        </w:rPr>
        <w:t xml:space="preserve"> (if available)</w:t>
      </w:r>
      <w:r w:rsidRPr="00D741E5">
        <w:rPr>
          <w:rFonts w:ascii="Times New Roman" w:hAnsi="Times New Roman" w:cs="Times New Roman"/>
          <w:sz w:val="24"/>
          <w:szCs w:val="24"/>
        </w:rPr>
        <w:t>.</w:t>
      </w:r>
    </w:p>
    <w:p w14:paraId="538DC91C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References have been reviewed for currency and scientific relevance.</w:t>
      </w:r>
    </w:p>
    <w:p w14:paraId="01692698" w14:textId="77777777" w:rsidR="00792D7D" w:rsidRPr="00D741E5" w:rsidRDefault="00792D7D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A4C84" w14:textId="77777777" w:rsidR="00310C77" w:rsidRPr="00D741E5" w:rsidRDefault="00F72AB8" w:rsidP="00A37093">
      <w:pPr>
        <w:pStyle w:val="Balk2"/>
        <w:spacing w:before="0" w:line="240" w:lineRule="auto"/>
        <w:rPr>
          <w:rFonts w:ascii="Times New Roman" w:hAnsi="Times New Roman" w:cs="Times New Roman"/>
          <w:color w:val="990000"/>
          <w:sz w:val="24"/>
          <w:szCs w:val="24"/>
        </w:rPr>
      </w:pPr>
      <w:r w:rsidRPr="00D741E5">
        <w:rPr>
          <w:rFonts w:ascii="Times New Roman" w:hAnsi="Times New Roman" w:cs="Times New Roman"/>
          <w:color w:val="990000"/>
          <w:sz w:val="24"/>
          <w:szCs w:val="24"/>
        </w:rPr>
        <w:t>G. Ethical and Scientific Compliance</w:t>
      </w:r>
    </w:p>
    <w:p w14:paraId="52563FBE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Ethics committee approval has been obtained (if applicable).</w:t>
      </w:r>
    </w:p>
    <w:p w14:paraId="51D82E85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ethics committee name, approval date, and decision number have been specified.</w:t>
      </w:r>
    </w:p>
    <w:p w14:paraId="6D7D7DA1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Informed consent has been obtained (if applicable).</w:t>
      </w:r>
    </w:p>
    <w:p w14:paraId="0249771D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principles of the Declaration of Helsinki have been followed.</w:t>
      </w:r>
    </w:p>
    <w:p w14:paraId="576B3D1F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use of artificial intelligence has been disclosed.</w:t>
      </w:r>
    </w:p>
    <w:p w14:paraId="4814A0D6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overall similarity rate is below 15%.</w:t>
      </w:r>
    </w:p>
    <w:p w14:paraId="5A6B02AA" w14:textId="77777777" w:rsidR="00310C77" w:rsidRPr="00D741E5" w:rsidRDefault="00F72AB8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Segoe UI Symbol" w:hAnsi="Segoe UI Symbol" w:cs="Segoe UI Symbol"/>
          <w:sz w:val="24"/>
          <w:szCs w:val="24"/>
        </w:rPr>
        <w:t>☐</w:t>
      </w:r>
      <w:r w:rsidRPr="00D741E5">
        <w:rPr>
          <w:rFonts w:ascii="Times New Roman" w:hAnsi="Times New Roman" w:cs="Times New Roman"/>
          <w:sz w:val="24"/>
          <w:szCs w:val="24"/>
        </w:rPr>
        <w:t xml:space="preserve"> The similarity rate from any single source is below 2%.</w:t>
      </w:r>
    </w:p>
    <w:p w14:paraId="56521431" w14:textId="77777777" w:rsidR="00792D7D" w:rsidRPr="00D741E5" w:rsidRDefault="00792D7D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D6CE0" w14:textId="77777777" w:rsidR="00310C77" w:rsidRPr="00D741E5" w:rsidRDefault="00F72AB8" w:rsidP="00A37093">
      <w:pPr>
        <w:pStyle w:val="Balk2"/>
        <w:spacing w:before="120" w:after="120"/>
        <w:rPr>
          <w:rFonts w:ascii="Times New Roman" w:hAnsi="Times New Roman" w:cs="Times New Roman"/>
          <w:color w:val="990000"/>
          <w:sz w:val="24"/>
          <w:szCs w:val="24"/>
        </w:rPr>
      </w:pPr>
      <w:r w:rsidRPr="00D741E5">
        <w:rPr>
          <w:rFonts w:ascii="Times New Roman" w:hAnsi="Times New Roman" w:cs="Times New Roman"/>
          <w:color w:val="990000"/>
          <w:sz w:val="24"/>
          <w:szCs w:val="24"/>
        </w:rPr>
        <w:t>Corresponding Author Declaration</w:t>
      </w:r>
    </w:p>
    <w:p w14:paraId="1B05E6F5" w14:textId="4C79FAE0" w:rsidR="00A37093" w:rsidRPr="00D741E5" w:rsidRDefault="00F72AB8" w:rsidP="00A3709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D741E5">
        <w:rPr>
          <w:rFonts w:ascii="Times New Roman" w:hAnsi="Times New Roman" w:cs="Times New Roman"/>
          <w:sz w:val="24"/>
          <w:szCs w:val="24"/>
        </w:rPr>
        <w:t>I hereby declare that all items included in this checklist have been reviewed and that the manuscript has been prepared in accordance with the author guidelines of FUJIHES.</w:t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4212"/>
        <w:gridCol w:w="4320"/>
      </w:tblGrid>
      <w:tr w:rsidR="00310C77" w:rsidRPr="00D741E5" w14:paraId="0373E76C" w14:textId="77777777" w:rsidTr="00792D7D">
        <w:tc>
          <w:tcPr>
            <w:tcW w:w="4212" w:type="dxa"/>
          </w:tcPr>
          <w:p w14:paraId="23BD996F" w14:textId="77777777" w:rsidR="00591395" w:rsidRPr="00D741E5" w:rsidRDefault="00F72AB8" w:rsidP="00A3709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1E5">
              <w:rPr>
                <w:rFonts w:ascii="Times New Roman" w:hAnsi="Times New Roman" w:cs="Times New Roman"/>
                <w:sz w:val="24"/>
                <w:szCs w:val="24"/>
              </w:rPr>
              <w:t>Full Name</w:t>
            </w:r>
          </w:p>
        </w:tc>
        <w:tc>
          <w:tcPr>
            <w:tcW w:w="4320" w:type="dxa"/>
          </w:tcPr>
          <w:p w14:paraId="3BB40015" w14:textId="77777777" w:rsidR="00310C77" w:rsidRPr="00D741E5" w:rsidRDefault="00310C77" w:rsidP="00A3709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77" w:rsidRPr="00D741E5" w14:paraId="143E67DC" w14:textId="77777777" w:rsidTr="00792D7D">
        <w:tc>
          <w:tcPr>
            <w:tcW w:w="4212" w:type="dxa"/>
          </w:tcPr>
          <w:p w14:paraId="1081B9C8" w14:textId="2BD605E1" w:rsidR="00310C77" w:rsidRPr="00D741E5" w:rsidRDefault="00A37093" w:rsidP="00A3709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1E5"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  <w:tc>
          <w:tcPr>
            <w:tcW w:w="4320" w:type="dxa"/>
          </w:tcPr>
          <w:p w14:paraId="5BC0F330" w14:textId="77777777" w:rsidR="00310C77" w:rsidRPr="00D741E5" w:rsidRDefault="00310C77" w:rsidP="00A3709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77" w:rsidRPr="00D741E5" w14:paraId="460B8962" w14:textId="77777777" w:rsidTr="00792D7D">
        <w:tc>
          <w:tcPr>
            <w:tcW w:w="4212" w:type="dxa"/>
          </w:tcPr>
          <w:p w14:paraId="39231A38" w14:textId="3B803122" w:rsidR="00310C77" w:rsidRPr="00D741E5" w:rsidRDefault="00A37093" w:rsidP="00A3709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1E5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4320" w:type="dxa"/>
          </w:tcPr>
          <w:p w14:paraId="12B1B222" w14:textId="77777777" w:rsidR="00310C77" w:rsidRPr="00D741E5" w:rsidRDefault="00310C77" w:rsidP="00A3709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77" w:rsidRPr="00D741E5" w14:paraId="12FDEDAA" w14:textId="77777777" w:rsidTr="00792D7D">
        <w:tc>
          <w:tcPr>
            <w:tcW w:w="4212" w:type="dxa"/>
          </w:tcPr>
          <w:p w14:paraId="43A255EF" w14:textId="0906B1AD" w:rsidR="00310C77" w:rsidRPr="00D741E5" w:rsidRDefault="00F72AB8" w:rsidP="00A3709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1E5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 w:rsidR="00A37093" w:rsidRPr="00D741E5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</w:p>
        </w:tc>
        <w:tc>
          <w:tcPr>
            <w:tcW w:w="4320" w:type="dxa"/>
          </w:tcPr>
          <w:p w14:paraId="45C789CA" w14:textId="77777777" w:rsidR="00310C77" w:rsidRPr="00D741E5" w:rsidRDefault="00310C77" w:rsidP="00A3709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936016" w14:textId="77777777" w:rsidR="00276689" w:rsidRPr="00D741E5" w:rsidRDefault="00276689" w:rsidP="00A37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76689" w:rsidRPr="00D741E5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43929" w14:textId="77777777" w:rsidR="002E7F77" w:rsidRDefault="002E7F77" w:rsidP="00917CCC">
      <w:pPr>
        <w:spacing w:after="0" w:line="240" w:lineRule="auto"/>
      </w:pPr>
      <w:r>
        <w:separator/>
      </w:r>
    </w:p>
  </w:endnote>
  <w:endnote w:type="continuationSeparator" w:id="0">
    <w:p w14:paraId="2B2E58E3" w14:textId="77777777" w:rsidR="002E7F77" w:rsidRDefault="002E7F77" w:rsidP="00917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CEA00" w14:textId="77777777" w:rsidR="002E7F77" w:rsidRDefault="002E7F77" w:rsidP="00917CCC">
      <w:pPr>
        <w:spacing w:after="0" w:line="240" w:lineRule="auto"/>
      </w:pPr>
      <w:r>
        <w:separator/>
      </w:r>
    </w:p>
  </w:footnote>
  <w:footnote w:type="continuationSeparator" w:id="0">
    <w:p w14:paraId="0FE947F8" w14:textId="77777777" w:rsidR="002E7F77" w:rsidRDefault="002E7F77" w:rsidP="00917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9E763" w14:textId="77777777" w:rsidR="00917CCC" w:rsidRDefault="00917CC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4631"/>
    <w:rsid w:val="001150C7"/>
    <w:rsid w:val="0015074B"/>
    <w:rsid w:val="001E4670"/>
    <w:rsid w:val="00216613"/>
    <w:rsid w:val="00276689"/>
    <w:rsid w:val="0029639D"/>
    <w:rsid w:val="002E4452"/>
    <w:rsid w:val="002E7F77"/>
    <w:rsid w:val="00310C77"/>
    <w:rsid w:val="00326F90"/>
    <w:rsid w:val="003C7367"/>
    <w:rsid w:val="003D0016"/>
    <w:rsid w:val="0040261B"/>
    <w:rsid w:val="00446A2F"/>
    <w:rsid w:val="004510CF"/>
    <w:rsid w:val="004A03B6"/>
    <w:rsid w:val="004B6350"/>
    <w:rsid w:val="00535744"/>
    <w:rsid w:val="0054056D"/>
    <w:rsid w:val="00591395"/>
    <w:rsid w:val="005E1E61"/>
    <w:rsid w:val="00623EEE"/>
    <w:rsid w:val="006644C9"/>
    <w:rsid w:val="00673189"/>
    <w:rsid w:val="006925C2"/>
    <w:rsid w:val="006B5147"/>
    <w:rsid w:val="006F0BBC"/>
    <w:rsid w:val="007231D5"/>
    <w:rsid w:val="007312BE"/>
    <w:rsid w:val="00792D7D"/>
    <w:rsid w:val="007934C2"/>
    <w:rsid w:val="008223BA"/>
    <w:rsid w:val="009153EA"/>
    <w:rsid w:val="00917CCC"/>
    <w:rsid w:val="009412F0"/>
    <w:rsid w:val="00A37093"/>
    <w:rsid w:val="00A81B32"/>
    <w:rsid w:val="00AA1D8D"/>
    <w:rsid w:val="00B47730"/>
    <w:rsid w:val="00B52DD2"/>
    <w:rsid w:val="00B71CC9"/>
    <w:rsid w:val="00BE4091"/>
    <w:rsid w:val="00BF6408"/>
    <w:rsid w:val="00CB0664"/>
    <w:rsid w:val="00D741E5"/>
    <w:rsid w:val="00DC6726"/>
    <w:rsid w:val="00E86138"/>
    <w:rsid w:val="00ED5795"/>
    <w:rsid w:val="00F72AB8"/>
    <w:rsid w:val="00FC693F"/>
    <w:rsid w:val="00FE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150810"/>
  <w14:defaultImageDpi w14:val="300"/>
  <w15:docId w15:val="{270D1BD5-007B-43A4-AD32-CEC59C28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8223B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223B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223B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223B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223B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223B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23B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E1EDB0-F1AE-4ACB-B280-56EE0B902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kubraozcoskun265@gmail.com</cp:lastModifiedBy>
  <cp:revision>33</cp:revision>
  <dcterms:created xsi:type="dcterms:W3CDTF">2013-12-23T23:15:00Z</dcterms:created>
  <dcterms:modified xsi:type="dcterms:W3CDTF">2026-09-22T11:33:00Z</dcterms:modified>
  <cp:category/>
</cp:coreProperties>
</file>